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מורשת חיה: מה עובר מדור לדור ואיך היא חיה בתוכנו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ולמה היא נקראת 'חיה'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ולתת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וסמלים מקהילות שונות לאורך השנה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חיבור אישי בין המורשת המשפחתית של כל תלמיד/ה לבין מורשת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מורשת? השורש י־ר־ש ומוחשי מול בלתי מוחשי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לקבל ולהעביר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מילים, ניגונים, מתכונים וערכים שעוברים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מוחשית אפשר לגעת בה, בלתי מוחשית חיה רק כשעושים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מורשת? השורש י־ר־ש ומוחשי מול בלתי מוחשי – מיון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(בלתי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מורשת? השורש י־ר־ש ומוחשי מול בלתי מוחשי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עם חפץ שאפשר לגעת בו, למשל תכשיט, כלי, בגד מסורתי או מתכון 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הגיונית שאינה חפץ, למשל שיר, ברכה, ניגון, סיפור משפחתי או 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להסביר שמורשת נשמרת כשמעבירים אותה בפעולה ממשית - מדליקים, מספרים, שרים, מבשלים - ולא רק זוכרים אותה; דוגמה: אם לא ידליקו נרות חנוכה המורשת תיעלם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מורשת חיה בחגי הסתיו והחורף: ראש השנה, יום כיפור, סוכות, חנוכה וסיגד – זיהוי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ארבעת המינים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מורשת חיה בחגי הסתיו והחורף: ראש השנה, יום כיפור, סוכות, חנוכה וסיגד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הסכך מכסה את הגג אבל משאיר מקום לראות את השמיים.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ערב מדליקים נר נוסף, עד שבלילה השמיני דולקים כל הנרות.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הלבן מסמל ניקיון והתחלה חדשה.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מורשת חיה בחגי הסתיו והחורף: ראש השנה, יום כיפור, סוכות, חנוכה וסיגד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(ראש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(יום כיפור)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מורשת חיה בחגי הסתיו והחורף: ראש השנה, יום כיפור, סוכות, חנוכה וסיגד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מורשת חיה בט״ו בשבט, בפורים ובפסח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 השנה לאילנות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מורשת חיה בט״ו בשבט, בפורים ובפסח – להשלים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 ט״ו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משלוח 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 נשתנה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חרוסת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מורשת חיה בט״ו בשבט, בפורים ובפסח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שנה ממציאים תחפושות, מאפים ומשלוחים חדשים, והשמחה עוברת מדור לדור בדרך קצת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חוזרים: ארבע כוסות, מצה, ההגדה. שונה: הלחנים, המאכלים, המנהגים בכל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השקדייה פורחת ראשונה בחורף; כמו עץ שצומח מדור לדור, גם מורשת ממשיכה לצמוח כשאנשים ממשיכים לחגוג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מנהגים במשפחה ובקהילה: מהעריסה ועד החתונה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מורחים משחת חינה על כפות הידיים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בד פרוש על ארבעה מוטות שעומדים תחתיו בני הזוג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מנהגים במשפחה ובקהילה: מהעריסה ועד החתונה – נתרגל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מנהגים במשפחה ובקהילה: מהעריסה ועד החתונה – שפות וקהילות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(יהדות אשכנז)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(יהדות ספרד)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(יהדות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(קהילות מרוקו ועיראק)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(טקס לכבוד הולדת בת בקהילות ספרדיות ומזרחיות)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מנהגים במשפחה ובקהילה: מהעריסה ועד החתונה – להבין יותר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שם קרוב משפחה או בגלל משמעות מיוחדת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המורשת שלי: הפרויקט האישי והמוזיאון הכיתתי – מה בפרויקט?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מראיינים בן משפחה על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חפץ ביתי שיש לו סיפור וקשר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מתכון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המורשת שלי: הפרויקט האישי והמוזיאון הכיתתי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המתכון הוא חלק ממורשת בלתי מוחשית שעוברת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קיר המורשת הוא תערוכה משותפת של כל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שאלות מוכנות עוזרות לשיחה להיות מסודרת ומעניינת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המורשת שלי: הפרויקט האישי והמוזיאון הכיתתי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המורשת שלי: הפרויקט האישי והמוזיאון הכיתתי – חלקי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(בן משפחה מספר זיכרון או 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(תכשיט או חפץ ישן שעבר בין 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(מאכל שמכינים במשפחה כבר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(תערוכה כיתתית עם סיפורי כל התלמידים)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ממוספר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דברים וערכים שעוברים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ונהפוך הוא – מצב רע הופך לטוב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ט״ו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שאלת מה נשתנה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 אפשר לגעת בו, למשל חנוכייה; בלתי מוחשי הוא רעיון, שיר או מנהג, למשל ברכת ההדלקה.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סוכות – בכל שנה בונים סוכה אחרת, מקשטים אותה בדרך שונה ומזמינים אורחים שונים.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– חשוב שיוסבר למה החפץ או המנהג חשוב ואיך הוא עובר במשפחה.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דוגמה מדויקת עם הסבר קצר למה היא מוחשית/בלתי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מנהג מהחגים שנלמדו ומקשר אותו לערך מתאים (למשל סליחה ביום כיפור, אחדות בסוכות)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אישית, מנומקת, ומראה הבנה שמורשת עוברת דרך אנשים וסיפורים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– כך החוברת מתפרסת על פני כחמישה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2 כדאי להקרין את המצגת הכיתתית או לקרוא את דפי החגים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מוכנה למיון מוחשי/בלתי מוחשי, ולמתקדמים לבקש דוגמאות נוספות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5 מתאים כעבודת סיכום לאורך כמה שיעורים, עם זמן לראיון בבית ולהכנת החפץ או התמונה להצגה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מורשת חיה: מה עובר מדור לדור ואיך היא חיה בתוכנו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מה זו מורשת. נבדוק מה עובר מסבא וסבתא אלינו. נעבוד לאט,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– מהמשפחה או מהעם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השורש י־ר־ש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שמהן נולדות מילים כמו ירושה ומורשת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בו, לראות או להחזיק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שלא רואים אבל מרגישים – כמו שיר, ערך או מנהג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יחד ושומרת מנהגים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שחוזרת על עצמה בחג או באירוע משפחתי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באותה תקופה, כמו סבים, הורים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חשוב שמנחה איך להתנהג, כמו אומץ או הכנסת אורחים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שחוזר כל שנה ויש לו מנהגים משלו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שמורכבת מהרבה חלקים קטנים וצבעוניים – כמו קהילות ישראל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מורשת? השורש י־ר־ש ומוחשי מול בלתי מוחשי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י־ר־ש?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ולהעביר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לנסוע למקום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במשמעות למורשת?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כולל המילה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חפצים ישנים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מילים, ניגונים, מתכונים וערכים שעוברים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דברים שכתובים בספרים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דברים שקונים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שני סוגי המורשת?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מוחשית אפשר לגעת בה, בלתי מוחשית חיה רק כשעושים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בלתי מוחשית אפשר לגעת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מוחשית היא רק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מורשת? השורש י־ר־ש ומוחשי מול בלתי מוחשי – מיון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ברכות ההדלקה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סופגניות ולביבות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שירי חנוכה ומנגינות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קערת החינה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חשבון נפש ביום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מורשת? השורש י־ר־ש ומוחשי מול בלתי מוחשי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למורשת מוחשית מהבית או מהמשפחה שלכם (חפץ, בגד, מאכל).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למורשת בלתי מוחשית מהמשפחה שלכם (שיר, ברכה, ערך, סיפור).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באתר כתוב שמורשת חיה נשארת חיה רק כשעושים אותה. הסבירו במילים שלכם למה, ותנו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מורשת חיה בחגי הסתיו והחורף: ראש השנה, יום כיפור, סוכות, חנוכה וסיגד – זיהוי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תוקעים בראש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מצלתיים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ספר הקודש בסיגד?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מברכים עליו בסוכות?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ארבעת המינים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אפיקומן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מורשת חיה בחגי הסתיו והחורף: ראש השנה, יום כיפור, סוכות, חנוכה וסיגד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בסוכות יושבים בסוכה עם גג מסכך שרואים דרכו את השמיים.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 אחד בלבד בכל שמונת הימים.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כיפור רבים לובשים בגדים לבנים כסמל לניקיון והתחלה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מורשת חיה בחגי הסתיו והחורף: ראש השנה, יום כיפור, סוכות, חנוכה וסיגד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ראש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כיפור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 לבנים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מורשת חיה בחגי הסתיו והחורף: ראש השנה, יום כיפור, סוכות, חנוכה וסיגד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__________ מדליקים נר נוסף בכל ערב עד שבלילה השמיני דולקים כל הנרות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הסיגד חל __________ יום אחרי יום הכיפורים.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מורשת חיה בט״ו בשבט, בפורים ובפסח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נקרא גם 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הזיכרון לעצים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השנה לאילנות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מינים כלולים ב״שבעת המינים״?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הגיבורה שהצילה את עם ישראל בסיפור 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מאיזה ספר קוראים בליל הסדר את סיפור יציאת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מאכל אוכלים בפסח במקום לחם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לחמנייה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מורשת חיה בט״ו בשבט, בפורים ובפסח – להשלים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בט״ו בשבט נוהגים לערוך __________ של אכילת פירות וברכות, כמו סדר פסח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בפורים שולחים לחברים __________ עם שני סוגי מאכל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הכלי שמרעישים בו כששומעים בקריאת המגילה את השם המן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בתחילת ליל הסדר הילדים שואלים את השאלות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המאכל המתוק והחום בקערת הסדר, שהוא זכר לטיט,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מורשת חיה בט״ו בשבט, בפורים ובפסח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פורים הוא דוגמה למורשת חיה ולא רק סיפור ישן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דברים שחוזרים בכל ליל סדר, ושני דברים שכל משפחה עושה קצת אחרת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אומרים שעץ השקד הוא סמל של ט״ו בשבט? מה הקשר בין עץ לבין מורשת חיה?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מנהגים במשפחה ובקהילה: מהעריסה ועד החתונה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בטקס החינה?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מורחים משחת חינה על כפות הידיים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מדליקים נרות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נוטעים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חופה?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 פרוש על ארבעה מוטות שעומדים תחתיו בני הזוג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תפילות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כוס שמברכים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מאפה מתוק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מנהגים במשפחה ובקהילה: מהעריסה ועד החתונה – נתרגל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בד פרוש על ארבעה מוטות, שתחתיו עומדים בני הזוג בחתונה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 ה__________ הוא טקס שבו מורחים משחת צבעונית על כפות הידיים לפני החתונה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מנהגים במשפחה ובקהילה: מהעריסה ועד החתונה – שפות וקהילות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יידיש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 לכבוד הולדת בת בקהילות ספרדיות ומזרחיות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לדינו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יהדות אשכנז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קהילות מרוקו ועיראק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ערבית־יהודית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יהדות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זבד הבת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יהדות ספרד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מנהגים במשפחה ובקהילה: מהעריסה ועד החתונה – להבין יותר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בוחרים שם לתינוק?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שם קרוב משפחה או בגלל משמעות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לפי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לפי עונת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לפי שם של חג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המורשת שלי: הפרויקט האישי והמוזיאון הכיתתי – מה בפרויקט?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בפרויקט?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מראיינים בן משפחה על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חיבור על 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פותרים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"חפץ מספר סיפור"?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חדש מהספרייה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ביתי שיש לו סיפור וקשר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 חדש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שאסור לגעת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חוץ מראיון וחפץ, מה עוד אוספים בפרויקט?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מכפלה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המורשת שלי: הפרויקט האישי והמוזיאון הכיתתי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בפרויקט המורשת שלי אוספים גם מתכון שעובר במשפחה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המורשת הכיתתי הוא עבודה שכל תלמיד עושה לבדו בלי לשתף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הראיון עם בן המשפחה כדאי להכין מראש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המורשת שלי: הפרויקט האישי והמוזיאון הכיתתי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כדאי להכין מראש רשימת __________ לבן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הפרויקט הכיתה בונה __________ מורשת כיתתי שבו כל תלמיד מציג משהו מהמשפחה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המורשת שלי: הפרויקט האישי והמוזיאון הכיתתי – חלקי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תכשיט או חפץ ישן שעבר בין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חפץ מספר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בן משפחה מספר זיכרון או 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תערוכה כיתתית עם סיפורי כל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קיר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מאכל שמכינים במשפחה כבר 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 ממוספר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וערכים שעוברים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חפצים ישנים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חדש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השורש י־ר־ש קשור למילה: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לגעת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ברכת ההדלקה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בחנוכה מדליקים כל ערב: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פחות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מספר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 אחד בלבד כל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סיגד הוא חג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בפורים קורה: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ונהפוך הוא – מצב רע הופך לטוב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צום של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נטיעת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הדלקת שמונה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מתי אוכלים שבעת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שואלים בליל הסדר?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שאלת מה נשתנה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ברכת ההדלקה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ברכת הלבנה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תקיעת שופר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הבדלים בין מורשת מוחשית למורשת בלתי מוחשית, עם דוגמה אחת מכל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חג אחד מהתחנות שלמדנו וכתבו איך הוא ממשיך להיות מורשת חיה בימינו.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על חפץ, מתכון או מנהג מהמשפחה שלכם שהייתם רוצים להעביר הלאה, ולמה בחרתם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תני/תן דוגמה אחת למורשת מוחשית ודוגמה אחת למורשת בלתי מוחשית מהבית שלך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ספר/י על מנהג אחד מחג שלמדנו עליו, וכתוב/כתבי איזה ערך הוא מלמד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חפץ או מנהג משפחתי היית בוחר/ת להציג במוזיאון המורשת הכיתתי,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מורשת חיה: מה עובר מדור לדור ואיך היא חיה בתוכנו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